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start w:val="nil" w:sz="0" w:color="FFFFFF"/>
          <w:bottom w:val="nil" w:sz="0" w:color="FFFFFF"/>
          <w:end w:val="nil" w:sz="0" w:color="FFFFFF"/>
          <w:insideH w:val="nil" w:sz="0" w:color="FFFFFF"/>
          <w:insideV w:val="nil" w:sz="0" w:color="FFFFFF"/>
        </w:tblBorders>
      </w:tblPr>
      <w:tblGrid>
        <w:gridCol w:w="4649"/>
        <w:gridCol w:w="4706"/>
      </w:tblGrid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30"/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Директору Частного общеобразовательного учреждения</w:t>
            </w:r>
          </w:p>
          <w:p>
            <w:pPr>
              <w:spacing w:after="30"/>
              <w:jc w:val="left"/>
            </w:pPr>
            <w:r>
              <w:rPr>
                <w:rFonts w:ascii="Times New Roman" w:hAnsi="Times New Roman"/>
                <w:b/>
                <w:sz w:val="19"/>
              </w:rPr>
              <w:t>«Английская школа «Семья»</w:t>
            </w:r>
          </w:p>
          <w:p>
            <w:pPr>
              <w:spacing w:after="30"/>
              <w:jc w:val="left"/>
            </w:pPr>
            <w:r>
              <w:rPr>
                <w:rFonts w:ascii="Times New Roman" w:hAnsi="Times New Roman"/>
                <w:b w:val="0"/>
                <w:sz w:val="19"/>
              </w:rPr>
              <w:t>Гусевой Т.В.</w:t>
            </w:r>
          </w:p>
          <w:p>
            <w:pPr>
              <w:spacing w:after="80"/>
              <w:jc w:val="left"/>
            </w:pPr>
            <w:r>
              <w:rPr>
                <w:rFonts w:ascii="Times New Roman" w:hAnsi="Times New Roman"/>
                <w:b w:val="0"/>
                <w:sz w:val="19"/>
              </w:rPr>
            </w:r>
          </w:p>
          <w:p>
            <w:pPr>
              <w:spacing w:after="30"/>
              <w:jc w:val="left"/>
            </w:pPr>
            <w:r>
              <w:rPr>
                <w:rFonts w:ascii="Times New Roman" w:hAnsi="Times New Roman"/>
                <w:b w:val="0"/>
                <w:sz w:val="19"/>
              </w:rPr>
              <w:t>Оператору питания</w:t>
            </w:r>
          </w:p>
          <w:p>
            <w:pPr>
              <w:spacing w:after="30"/>
              <w:jc w:val="left"/>
            </w:pPr>
            <w:r>
              <w:rPr>
                <w:rFonts w:ascii="Times New Roman" w:hAnsi="Times New Roman"/>
                <w:b/>
                <w:sz w:val="19"/>
              </w:rPr>
              <w:t>ИП Тумановой Светлане Александровне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start w:val="nil" w:sz="0" w:color="FFFFFF"/>
          <w:bottom w:val="nil" w:sz="0" w:color="FFFFFF"/>
          <w:end w:val="nil" w:sz="0" w:color="FFFFFF"/>
          <w:insideH w:val="nil" w:sz="0" w:color="FFFFFF"/>
          <w:insideV w:val="nil" w:sz="0" w:color="FFFFFF"/>
        </w:tblBorders>
      </w:tblPr>
      <w:tblGrid>
        <w:gridCol w:w="4649"/>
        <w:gridCol w:w="4706"/>
      </w:tblGrid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19"/>
              </w:rPr>
              <w:t>от ____________________________________________</w:t>
            </w:r>
          </w:p>
        </w:tc>
      </w:tr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i/>
                <w:sz w:val="16"/>
              </w:rPr>
              <w:t>Ф.И.О. родителя (законного представителя)</w:t>
            </w:r>
          </w:p>
        </w:tc>
      </w:tr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19"/>
              </w:rPr>
              <w:t>Телефон: ______________________________________</w:t>
            </w:r>
          </w:p>
        </w:tc>
      </w:tr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19"/>
              </w:rPr>
              <w:t>E-mail: _______________________________________</w:t>
            </w:r>
          </w:p>
        </w:tc>
      </w:tr>
    </w:tbl>
    <w:p>
      <w:pPr>
        <w:spacing w:after="0"/>
      </w:pPr>
    </w:p>
    <w:p>
      <w:pPr>
        <w:spacing w:before="40" w:after="40"/>
        <w:jc w:val="center"/>
        <w:keepNext w:val="1"/>
      </w:pPr>
      <w:r>
        <w:rPr>
          <w:rFonts w:ascii="Times New Roman" w:hAnsi="Times New Roman"/>
          <w:b/>
          <w:sz w:val="28"/>
        </w:rPr>
        <w:t>ЗАЯВЛЕНИЕ</w:t>
      </w:r>
    </w:p>
    <w:p>
      <w:pPr>
        <w:spacing w:after="180"/>
        <w:jc w:val="center"/>
        <w:keepNext w:val="1"/>
        <w:pBdr>
          <w:bottom w:val="single" w:sz="6" w:space="5" w:color="777777"/>
        </w:pBdr>
      </w:pPr>
      <w:r>
        <w:rPr>
          <w:rFonts w:ascii="Times New Roman" w:hAnsi="Times New Roman"/>
          <w:b/>
          <w:sz w:val="21"/>
        </w:rPr>
        <w:t>об организации лечебного / диетического питания обучающегося</w:t>
        <w:br/>
      </w:r>
      <w:r>
        <w:rPr>
          <w:rFonts w:ascii="Times New Roman" w:hAnsi="Times New Roman"/>
          <w:b/>
          <w:sz w:val="21"/>
        </w:rPr>
        <w:t>и согласие на обработку сведений о состоянии здоровья</w:t>
      </w:r>
    </w:p>
    <w:p>
      <w:pPr>
        <w:pStyle w:val="SectionLegal"/>
        <w:spacing w:before="60"/>
        <w:ind w:left="113" w:right="113"/>
        <w:shd w:fill="F2F2F2"/>
      </w:pPr>
      <w:r>
        <w:rPr>
          <w:rFonts w:ascii="Times New Roman" w:hAnsi="Times New Roman"/>
          <w:b/>
          <w:sz w:val="22"/>
        </w:rPr>
        <w:t>1. Сведения об обучающемся</w:t>
      </w:r>
    </w:p>
    <w:p>
      <w:pPr>
        <w:spacing w:after="60"/>
      </w:pPr>
      <w:r>
        <w:rPr>
          <w:rFonts w:ascii="Times New Roman" w:hAnsi="Times New Roman"/>
          <w:sz w:val="21"/>
        </w:rPr>
        <w:t>Ф.И.О. ребенка: __________________________________________________________</w:t>
      </w:r>
    </w:p>
    <w:p>
      <w:pPr>
        <w:spacing w:after="60"/>
      </w:pPr>
      <w:r>
        <w:rPr>
          <w:rFonts w:ascii="Times New Roman" w:hAnsi="Times New Roman"/>
          <w:sz w:val="21"/>
        </w:rPr>
        <w:t>Дата рождения: ____________________</w:t>
      </w:r>
    </w:p>
    <w:p>
      <w:pPr>
        <w:spacing w:after="60"/>
      </w:pPr>
      <w:r>
        <w:rPr>
          <w:rFonts w:ascii="Times New Roman" w:hAnsi="Times New Roman"/>
          <w:sz w:val="21"/>
        </w:rPr>
        <w:t>Класс: ____________________________</w:t>
      </w:r>
    </w:p>
    <w:p>
      <w:pPr>
        <w:pStyle w:val="SectionLegal"/>
        <w:spacing w:before="140"/>
        <w:ind w:left="113" w:right="113"/>
        <w:shd w:fill="F2F2F2"/>
      </w:pPr>
      <w:r>
        <w:rPr>
          <w:rFonts w:ascii="Times New Roman" w:hAnsi="Times New Roman"/>
          <w:b/>
          <w:sz w:val="22"/>
        </w:rPr>
        <w:t>2. Заявление об организации специального питания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Я, ________________________________________________, являясь родителем (законным представителем) указанного обучающегося, сообщаю о наличии у ребенка медицинских показаний, которые необходимо учитывать при организации питания.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К настоящему заявлению прилагаю назначение лечащего врача, содержащее рекомендации по лечебному / диетическому питанию ребенка.</w:t>
      </w:r>
    </w:p>
    <w:p>
      <w:pPr>
        <w:spacing w:after="50"/>
      </w:pPr>
      <w:r>
        <w:rPr>
          <w:rFonts w:ascii="Times New Roman" w:hAnsi="Times New Roman"/>
          <w:sz w:val="20"/>
        </w:rPr>
        <w:t>Медицинская организация: _________________________________________________</w:t>
      </w:r>
    </w:p>
    <w:p>
      <w:pPr>
        <w:spacing w:after="50"/>
      </w:pPr>
      <w:r>
        <w:rPr>
          <w:rFonts w:ascii="Times New Roman" w:hAnsi="Times New Roman"/>
          <w:sz w:val="20"/>
        </w:rPr>
        <w:t>Врач: __________________________________________________________________</w:t>
      </w:r>
    </w:p>
    <w:p>
      <w:pPr>
        <w:spacing w:after="50"/>
      </w:pPr>
      <w:r>
        <w:rPr>
          <w:rFonts w:ascii="Times New Roman" w:hAnsi="Times New Roman"/>
          <w:sz w:val="20"/>
        </w:rPr>
        <w:t>Дата назначения: «___» ____________ 20___ г.</w:t>
      </w:r>
    </w:p>
    <w:p>
      <w:pPr>
        <w:spacing w:after="50"/>
      </w:pPr>
      <w:r>
        <w:rPr>
          <w:rFonts w:ascii="Times New Roman" w:hAnsi="Times New Roman"/>
          <w:sz w:val="20"/>
        </w:rPr>
        <w:t>Срок действия рекомендаций, если указан: _________________________________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Прошу организовать питание ребенка с учетом представленных медицинских рекомендаций и требований действующего законодательства.</w:t>
      </w:r>
    </w:p>
    <w:p>
      <w:pPr>
        <w:spacing w:after="60"/>
        <w:ind w:firstLine="0"/>
        <w:jc w:val="both"/>
      </w:pPr>
      <w:r>
        <w:rPr>
          <w:rFonts w:ascii="Times New Roman" w:hAnsi="Times New Roman"/>
          <w:b/>
          <w:sz w:val="21"/>
        </w:rPr>
        <w:t>Основные ограничения / требования согласно назначению врача: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исключение отдельных продуктов;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пищевая аллергия;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пищевая непереносимость;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специальный лечебный рацион;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изменение состава отдельных блюд;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иное: ____________________________________________________________.</w:t>
      </w:r>
    </w:p>
    <w:p>
      <w:pPr>
        <w:spacing w:before="60" w:after="40"/>
      </w:pPr>
      <w:r>
        <w:rPr>
          <w:rFonts w:ascii="Times New Roman" w:hAnsi="Times New Roman"/>
          <w:b/>
          <w:sz w:val="21"/>
        </w:rPr>
        <w:t>Перечень продуктов, которые должны быть исключены:</w:t>
      </w:r>
    </w:p>
    <w:p>
      <w:pPr>
        <w:spacing w:after="20"/>
      </w:pPr>
      <w:r>
        <w:rPr>
          <w:rFonts w:ascii="Times New Roman" w:hAnsi="Times New Roman"/>
          <w:sz w:val="20"/>
        </w:rPr>
        <w:t>________________________________________________________________________</w:t>
      </w:r>
    </w:p>
    <w:p>
      <w:pPr>
        <w:spacing w:after="20"/>
      </w:pPr>
      <w:r>
        <w:rPr>
          <w:rFonts w:ascii="Times New Roman" w:hAnsi="Times New Roman"/>
          <w:sz w:val="20"/>
        </w:rPr>
        <w:t>________________________________________________________________________</w:t>
      </w:r>
    </w:p>
    <w:p>
      <w:pPr>
        <w:spacing w:before="60" w:after="40"/>
      </w:pPr>
      <w:r>
        <w:rPr>
          <w:rFonts w:ascii="Times New Roman" w:hAnsi="Times New Roman"/>
          <w:b/>
          <w:sz w:val="21"/>
        </w:rPr>
        <w:t>Иные рекомендации лечащего врача:</w:t>
      </w:r>
    </w:p>
    <w:p>
      <w:pPr>
        <w:spacing w:after="20"/>
      </w:pPr>
      <w:r>
        <w:rPr>
          <w:rFonts w:ascii="Times New Roman" w:hAnsi="Times New Roman"/>
          <w:sz w:val="20"/>
        </w:rPr>
        <w:t>________________________________________________________________________</w:t>
      </w:r>
    </w:p>
    <w:p>
      <w:pPr>
        <w:spacing w:after="20"/>
      </w:pPr>
      <w:r>
        <w:rPr>
          <w:rFonts w:ascii="Times New Roman" w:hAnsi="Times New Roman"/>
          <w:sz w:val="20"/>
        </w:rPr>
        <w:t>________________________________________________________________________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Мне известно, что конкретный индивидуальный рацион и порядок питания определяются исходя из назначения лечащего врача, санитарных требований и фактических технологических возможностей организации питания.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Я обязуюсь своевременно сообщать Образовательной организации и Оператору питания об изменении или отмене медицинских рекомендаций и предоставлять актуальные документы.</w:t>
      </w:r>
    </w:p>
    <w:p>
      <w:pPr>
        <w:pStyle w:val="SectionLegal"/>
        <w:spacing w:before="140"/>
        <w:ind w:left="113" w:right="113"/>
        <w:shd w:fill="F2F2F2"/>
      </w:pPr>
      <w:r>
        <w:rPr>
          <w:rFonts w:ascii="Times New Roman" w:hAnsi="Times New Roman"/>
          <w:b/>
          <w:sz w:val="22"/>
        </w:rPr>
        <w:t>3. Домашнее лечебное / диетическое питание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разрешить употребление ребенком готовых домашних блюд в порядке, предусмотренном санитарными правилами;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организовать питание полностью силами Оператора питания в соответствии с индивидуальным рационом;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данный вопрос не требуется.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Мне известно, что для детей, нуждающихся в лечебном или диетическом питании по назначению лечащего врача, допускается специальный порядок использования готовых домашних блюд, включая их временное хранение и разогрев при наличии предусмотренных для этого условий.</w:t>
      </w:r>
    </w:p>
    <w:p>
      <w:pPr>
        <w:pStyle w:val="SectionLegal"/>
        <w:spacing w:before="140"/>
        <w:ind w:left="113" w:right="113"/>
        <w:shd w:fill="F2F2F2"/>
      </w:pPr>
      <w:r>
        <w:rPr>
          <w:rFonts w:ascii="Times New Roman" w:hAnsi="Times New Roman"/>
          <w:b/>
          <w:sz w:val="22"/>
        </w:rPr>
        <w:t>4. Согласие на обработку персональных данных и сведений о состоянии здоровья ребенка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Я, ________________________________________________, паспорт: серия ________ № __________________________, выдан ______________________________________________, являясь родителем (законным представителем) ________________________________________________, настоящим даю письменное согласие:</w:t>
      </w:r>
    </w:p>
    <w:p>
      <w:pPr>
        <w:spacing w:after="40"/>
        <w:ind w:left="227" w:hanging="227"/>
      </w:pPr>
      <w:r>
        <w:rPr>
          <w:rFonts w:ascii="Times New Roman" w:hAnsi="Times New Roman"/>
          <w:sz w:val="20"/>
        </w:rPr>
        <w:t>1. Частному общеобразовательному учреждению «Английская школа «Семья», ИНН 5024252461, ОГРН 1255000033530;</w:t>
      </w:r>
    </w:p>
    <w:p>
      <w:pPr>
        <w:spacing w:after="80"/>
        <w:ind w:left="227" w:hanging="227"/>
      </w:pPr>
      <w:r>
        <w:rPr>
          <w:rFonts w:ascii="Times New Roman" w:hAnsi="Times New Roman"/>
          <w:sz w:val="20"/>
        </w:rPr>
        <w:t>2. Индивидуальному предпринимателю Тумановой Светлане Александровне, ИНН 771383084128, ОГРНИП 317774600014659</w:t>
      </w:r>
    </w:p>
    <w:p>
      <w:pPr>
        <w:spacing w:after="100"/>
        <w:ind w:firstLine="0"/>
        <w:jc w:val="both"/>
      </w:pPr>
      <w:r>
        <w:rPr>
          <w:rFonts w:ascii="Times New Roman" w:hAnsi="Times New Roman"/>
          <w:sz w:val="21"/>
        </w:rPr>
        <w:t>на обработку персональных данных ребенка, необходимых исключительно для организации безопасного лечебного или диетического питания.</w:t>
      </w:r>
    </w:p>
    <w:p>
      <w:pPr>
        <w:spacing w:after="60"/>
        <w:ind w:firstLine="0"/>
        <w:jc w:val="both"/>
      </w:pPr>
      <w:r>
        <w:rPr>
          <w:rFonts w:ascii="Times New Roman" w:hAnsi="Times New Roman"/>
          <w:b/>
          <w:sz w:val="21"/>
        </w:rPr>
        <w:t>Перечень данных:</w:t>
      </w:r>
    </w:p>
    <w:p>
      <w:pPr>
        <w:spacing w:after="50" w:line="252" w:lineRule="auto"/>
        <w:ind w:left="312" w:hanging="227"/>
        <w:jc w:val="both"/>
      </w:pPr>
      <w:r>
        <w:rPr>
          <w:rFonts w:ascii="Times New Roman" w:hAnsi="Times New Roman"/>
          <w:sz w:val="21"/>
        </w:rPr>
        <w:t>– фамилия, имя, отчество ребенка;</w:t>
      </w:r>
    </w:p>
    <w:p>
      <w:pPr>
        <w:spacing w:after="50" w:line="252" w:lineRule="auto"/>
        <w:ind w:left="312" w:hanging="227"/>
        <w:jc w:val="both"/>
      </w:pPr>
      <w:r>
        <w:rPr>
          <w:rFonts w:ascii="Times New Roman" w:hAnsi="Times New Roman"/>
          <w:sz w:val="21"/>
        </w:rPr>
        <w:t>– дата рождения;</w:t>
      </w:r>
    </w:p>
    <w:p>
      <w:pPr>
        <w:spacing w:after="50" w:line="252" w:lineRule="auto"/>
        <w:ind w:left="312" w:hanging="227"/>
        <w:jc w:val="both"/>
      </w:pPr>
      <w:r>
        <w:rPr>
          <w:rFonts w:ascii="Times New Roman" w:hAnsi="Times New Roman"/>
          <w:sz w:val="21"/>
        </w:rPr>
        <w:t>– класс;</w:t>
      </w:r>
    </w:p>
    <w:p>
      <w:pPr>
        <w:spacing w:after="50" w:line="252" w:lineRule="auto"/>
        <w:ind w:left="312" w:hanging="227"/>
        <w:jc w:val="both"/>
      </w:pPr>
      <w:r>
        <w:rPr>
          <w:rFonts w:ascii="Times New Roman" w:hAnsi="Times New Roman"/>
          <w:sz w:val="21"/>
        </w:rPr>
        <w:t>– сведения о необходимости лечебного или диетического питания;</w:t>
      </w:r>
    </w:p>
    <w:p>
      <w:pPr>
        <w:spacing w:after="50" w:line="252" w:lineRule="auto"/>
        <w:ind w:left="312" w:hanging="227"/>
        <w:jc w:val="both"/>
      </w:pPr>
      <w:r>
        <w:rPr>
          <w:rFonts w:ascii="Times New Roman" w:hAnsi="Times New Roman"/>
          <w:sz w:val="21"/>
        </w:rPr>
        <w:t>– сведения о пищевой аллергии и/или непереносимости;</w:t>
      </w:r>
    </w:p>
    <w:p>
      <w:pPr>
        <w:spacing w:after="50" w:line="252" w:lineRule="auto"/>
        <w:ind w:left="312" w:hanging="227"/>
        <w:jc w:val="both"/>
      </w:pPr>
      <w:r>
        <w:rPr>
          <w:rFonts w:ascii="Times New Roman" w:hAnsi="Times New Roman"/>
          <w:sz w:val="21"/>
        </w:rPr>
        <w:t>– перечень разрешенных и запрещенных продуктов;</w:t>
      </w:r>
    </w:p>
    <w:p>
      <w:pPr>
        <w:spacing w:after="50" w:line="252" w:lineRule="auto"/>
        <w:ind w:left="312" w:hanging="227"/>
        <w:jc w:val="both"/>
      </w:pPr>
      <w:r>
        <w:rPr>
          <w:rFonts w:ascii="Times New Roman" w:hAnsi="Times New Roman"/>
          <w:sz w:val="21"/>
        </w:rPr>
        <w:t>– рекомендации лечащего врача;</w:t>
      </w:r>
    </w:p>
    <w:p>
      <w:pPr>
        <w:spacing w:after="50" w:line="252" w:lineRule="auto"/>
        <w:ind w:left="312" w:hanging="227"/>
        <w:jc w:val="both"/>
      </w:pPr>
      <w:r>
        <w:rPr>
          <w:rFonts w:ascii="Times New Roman" w:hAnsi="Times New Roman"/>
          <w:sz w:val="21"/>
        </w:rPr>
        <w:t>– сведения, содержащиеся в предоставленном назначении врача, исключительно в части, необходимой для организации питания.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Цель обработки: организация безопасного питания ребенка с учетом медицинских показаний, разработка и применение индивидуального рациона, приготовление и выдача соответствующих блюд, предотвращение предоставления ребенку противопоказанных продуктов и выполнение требований санитарного законодательства.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Разрешенные действия с данными: сбор, запись, систематизация, накопление, хранение, уточнение, использование и передача между Образовательной организацией и Оператором питания исключительно в объеме, необходимом для организации питания ребенка, а также уничтожение после прекращения необходимости обработки.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Не разрешаю распространение указанных сведений неопределенному кругу лиц или их использование в рекламных, маркетинговых либо иных не связанных с организацией питания целях.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Доступ к сведениям о здоровье ребенка должен предоставляться только тем работникам Образовательной организации и Оператора питания, которым эти сведения необходимы для выполнения обязанностей, связанных с организацией питания и безопасностью ребенка.</w:t>
      </w:r>
    </w:p>
    <w:p>
      <w:pPr>
        <w:spacing w:after="60"/>
        <w:ind w:firstLine="0"/>
        <w:jc w:val="both"/>
        <w:keepNext w:val="1"/>
      </w:pPr>
      <w:r>
        <w:rPr>
          <w:rFonts w:ascii="Times New Roman" w:hAnsi="Times New Roman"/>
          <w:b/>
          <w:sz w:val="21"/>
        </w:rPr>
        <w:t>Настоящее согласие действует: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в течение периода действия медицинского назначения;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до окончания обучения ребенка в Образовательной организации;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до «___» ____________ 20___ г.</w:t>
      </w:r>
    </w:p>
    <w:p>
      <w:pPr>
        <w:pStyle w:val="BodyLegal"/>
        <w:spacing w:after="100"/>
      </w:pPr>
      <w:r>
        <w:rPr>
          <w:rFonts w:ascii="Times New Roman" w:hAnsi="Times New Roman"/>
          <w:sz w:val="21"/>
        </w:rPr>
        <w:t>Я уведомлен(а), что согласие может быть отозвано путем направления письменного заявления соответствующему оператору персональных данных, с учетом случаев, когда законодательство допускает продолжение обработки без согласия.</w:t>
      </w:r>
    </w:p>
    <w:p>
      <w:pPr>
        <w:pStyle w:val="SectionLegal"/>
        <w:spacing w:before="140"/>
        <w:ind w:left="113" w:right="113"/>
        <w:shd w:fill="F2F2F2"/>
      </w:pPr>
      <w:r>
        <w:rPr>
          <w:rFonts w:ascii="Times New Roman" w:hAnsi="Times New Roman"/>
          <w:b/>
          <w:sz w:val="22"/>
        </w:rPr>
        <w:t>5. Приложенные документы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назначение лечащего врача;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медицинская справка;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рекомендации по рациону;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перечень запрещенных / разрешенных продуктов;</w:t>
      </w:r>
    </w:p>
    <w:p>
      <w:pPr>
        <w:spacing w:after="50" w:line="252" w:lineRule="auto"/>
        <w:ind w:left="312" w:hanging="227"/>
        <w:jc w:val="left"/>
      </w:pPr>
      <w:r>
        <w:rPr>
          <w:rFonts w:ascii="Times New Roman" w:hAnsi="Times New Roman"/>
          <w:sz w:val="21"/>
        </w:rPr>
        <w:t>☐ иное: _____________________________________________.</w:t>
      </w:r>
    </w:p>
    <w:p>
      <w:pPr>
        <w:spacing w:before="160" w:after="140"/>
      </w:pPr>
      <w:r>
        <w:rPr>
          <w:rFonts w:ascii="Times New Roman" w:hAnsi="Times New Roman"/>
          <w:sz w:val="21"/>
        </w:rPr>
        <w:t>Дата: «___» ____________ 20___ г.</w:t>
      </w:r>
    </w:p>
    <w:p>
      <w:pPr>
        <w:spacing w:before="0" w:after="20"/>
        <w:keepLines w:val="1"/>
        <w:keepNext w:val="1"/>
      </w:pPr>
      <w:r>
        <w:rPr>
          <w:rFonts w:ascii="Times New Roman" w:hAnsi="Times New Roman"/>
          <w:b/>
          <w:sz w:val="20"/>
        </w:rPr>
        <w:t>Родитель (законный представитель):</w:t>
      </w:r>
    </w:p>
    <w:p>
      <w:pPr>
        <w:spacing w:after="0"/>
      </w:pPr>
      <w:r>
        <w:rPr>
          <w:rFonts w:ascii="Times New Roman" w:hAnsi="Times New Roman"/>
          <w:sz w:val="21"/>
        </w:rPr>
        <w:t>________________________ / ______________________________</w:t>
      </w:r>
    </w:p>
    <w:p>
      <w:pPr>
        <w:spacing w:after="60"/>
        <w:ind w:left="85"/>
      </w:pPr>
      <w:r>
        <w:rPr>
          <w:rFonts w:ascii="Times New Roman" w:hAnsi="Times New Roman"/>
          <w:i/>
          <w:sz w:val="16"/>
        </w:rPr>
        <w:t>подпись                                      Ф.И.О.</w:t>
      </w:r>
    </w:p>
    <w:p>
      <w:pPr>
        <w:spacing w:before="80" w:after="20"/>
        <w:keepLines w:val="1"/>
        <w:keepNext w:val="1"/>
      </w:pPr>
      <w:r>
        <w:rPr>
          <w:rFonts w:ascii="Times New Roman" w:hAnsi="Times New Roman"/>
          <w:b/>
          <w:sz w:val="20"/>
        </w:rPr>
        <w:t>Принято Образовательной организацией:</w:t>
      </w:r>
    </w:p>
    <w:p>
      <w:pPr>
        <w:spacing w:after="20"/>
      </w:pPr>
      <w:r>
        <w:rPr>
          <w:rFonts w:ascii="Times New Roman" w:hAnsi="Times New Roman"/>
          <w:sz w:val="20"/>
        </w:rPr>
        <w:t>Дата: «___» ____________ 20___ г.</w:t>
      </w:r>
    </w:p>
    <w:p>
      <w:pPr>
        <w:spacing w:after="0"/>
      </w:pPr>
      <w:r>
        <w:rPr>
          <w:rFonts w:ascii="Times New Roman" w:hAnsi="Times New Roman"/>
          <w:sz w:val="21"/>
        </w:rPr>
        <w:t>________________________ / ______________________________</w:t>
      </w:r>
    </w:p>
    <w:p>
      <w:pPr>
        <w:spacing w:after="60"/>
        <w:ind w:left="85"/>
      </w:pPr>
      <w:r>
        <w:rPr>
          <w:rFonts w:ascii="Times New Roman" w:hAnsi="Times New Roman"/>
          <w:i/>
          <w:sz w:val="16"/>
        </w:rPr>
        <w:t>подпись                                      Ф.И.О.</w:t>
      </w:r>
    </w:p>
    <w:p>
      <w:pPr>
        <w:spacing w:before="80" w:after="20"/>
        <w:keepLines w:val="1"/>
        <w:keepNext w:val="1"/>
      </w:pPr>
      <w:r>
        <w:rPr>
          <w:rFonts w:ascii="Times New Roman" w:hAnsi="Times New Roman"/>
          <w:b/>
          <w:sz w:val="20"/>
        </w:rPr>
        <w:t>Получено Оператором питания:</w:t>
      </w:r>
    </w:p>
    <w:p>
      <w:pPr>
        <w:spacing w:after="20"/>
      </w:pPr>
      <w:r>
        <w:rPr>
          <w:rFonts w:ascii="Times New Roman" w:hAnsi="Times New Roman"/>
          <w:sz w:val="20"/>
        </w:rPr>
        <w:t>Дата: «___» ____________ 20___ г.</w:t>
      </w:r>
    </w:p>
    <w:p>
      <w:pPr>
        <w:spacing w:after="0"/>
      </w:pPr>
      <w:r>
        <w:rPr>
          <w:rFonts w:ascii="Times New Roman" w:hAnsi="Times New Roman"/>
          <w:sz w:val="21"/>
        </w:rPr>
        <w:t>________________________ / Туманова С.А.</w:t>
      </w:r>
    </w:p>
    <w:sectPr w:rsidR="00FC693F" w:rsidRPr="0006063C" w:rsidSect="00034616">
      <w:footerReference w:type="default" r:id="rId9"/>
      <w:pgSz w:w="12240" w:h="15840"/>
      <w:pgMar w:top="822" w:right="964" w:bottom="822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</w:pPr>
    <w:r>
      <w:rPr>
        <w:rFonts w:ascii="Times New Roman" w:hAnsi="Times New Roman"/>
        <w:sz w:val="16"/>
      </w:rPr>
      <w:t xml:space="preserve">— </w:t>
    </w:r>
    <w:fldSimple w:instr="PAGE"/>
    <w:r>
      <w:rPr>
        <w:rFonts w:ascii="Times New Roman" w:hAnsi="Times New Roman"/>
        <w:sz w:val="16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Legal">
    <w:name w:val="Body Legal"/>
    <w:pPr>
      <w:spacing w:after="100" w:line="259" w:lineRule="auto"/>
      <w:ind w:firstLine="397"/>
      <w:jc w:val="both"/>
    </w:pPr>
    <w:rPr>
      <w:rFonts w:ascii="Times New Roman" w:hAnsi="Times New Roman" w:eastAsia="Times New Roman"/>
      <w:sz w:val="21"/>
    </w:rPr>
  </w:style>
  <w:style w:type="paragraph" w:customStyle="1" w:styleId="SectionLegal">
    <w:name w:val="Section Legal"/>
    <w:pPr>
      <w:keepNext/>
      <w:spacing w:before="140" w:after="100"/>
    </w:pPr>
    <w:rPr>
      <w:rFonts w:ascii="Times New Roman" w:hAnsi="Times New Roman" w:eastAsia="Times New Roman"/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