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start w:val="nil" w:sz="0" w:color="FFFFFF"/>
          <w:bottom w:val="nil" w:sz="0" w:color="FFFFFF"/>
          <w:end w:val="nil" w:sz="0" w:color="FFFFFF"/>
          <w:insideH w:val="nil" w:sz="0" w:color="FFFFFF"/>
          <w:insideV w:val="nil" w:sz="0" w:color="FFFFFF"/>
        </w:tblBorders>
      </w:tblPr>
      <w:tblGrid>
        <w:gridCol w:w="4649"/>
        <w:gridCol w:w="4706"/>
      </w:tblGrid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12"/>
            </w:pPr>
          </w:p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12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Директору Частного общеобразовательного учреждения</w:t>
            </w:r>
          </w:p>
          <w:p>
            <w:pPr>
              <w:spacing w:after="12"/>
              <w:jc w:val="left"/>
            </w:pPr>
            <w:r>
              <w:rPr>
                <w:rFonts w:ascii="Times New Roman" w:hAnsi="Times New Roman"/>
                <w:b/>
                <w:sz w:val="17"/>
              </w:rPr>
              <w:t>«Английская школа «Семья»</w:t>
            </w:r>
          </w:p>
          <w:p>
            <w:pPr>
              <w:spacing w:after="12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Гусевой Т.В.</w:t>
            </w:r>
          </w:p>
          <w:p>
            <w:pPr>
              <w:spacing w:after="12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  <w:p>
            <w:pPr>
              <w:spacing w:after="12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Оператору питания</w:t>
            </w:r>
          </w:p>
          <w:p>
            <w:pPr>
              <w:spacing w:after="12"/>
              <w:jc w:val="left"/>
            </w:pPr>
            <w:r>
              <w:rPr>
                <w:rFonts w:ascii="Times New Roman" w:hAnsi="Times New Roman"/>
                <w:b/>
                <w:sz w:val="17"/>
              </w:rPr>
              <w:t>ИП Тумановой Светлане Александровне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start w:val="nil" w:sz="0" w:color="FFFFFF"/>
          <w:bottom w:val="nil" w:sz="0" w:color="FFFFFF"/>
          <w:end w:val="nil" w:sz="0" w:color="FFFFFF"/>
          <w:insideH w:val="nil" w:sz="0" w:color="FFFFFF"/>
          <w:insideV w:val="nil" w:sz="0" w:color="FFFFFF"/>
        </w:tblBorders>
      </w:tblPr>
      <w:tblGrid>
        <w:gridCol w:w="4649"/>
        <w:gridCol w:w="4706"/>
      </w:tblGrid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12"/>
            </w:pPr>
          </w:p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12"/>
            </w:pPr>
            <w:r>
              <w:rPr>
                <w:rFonts w:ascii="Times New Roman" w:hAnsi="Times New Roman"/>
                <w:sz w:val="17"/>
              </w:rPr>
              <w:t>от ____________________________________________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12"/>
            </w:pPr>
          </w:p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12"/>
            </w:pPr>
            <w:r>
              <w:rPr>
                <w:rFonts w:ascii="Times New Roman" w:hAnsi="Times New Roman"/>
                <w:i/>
                <w:sz w:val="16"/>
              </w:rPr>
              <w:t>Ф.И.О. родителя (законного представителя)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12"/>
            </w:pPr>
          </w:p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12"/>
            </w:pPr>
            <w:r>
              <w:rPr>
                <w:rFonts w:ascii="Times New Roman" w:hAnsi="Times New Roman"/>
                <w:sz w:val="17"/>
              </w:rPr>
              <w:t>Телефон: ______________________________________</w:t>
            </w:r>
          </w:p>
        </w:tc>
      </w:tr>
      <w:tr>
        <w:tc>
          <w:tcPr>
            <w:tcW w:type="dxa" w:w="464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12"/>
            </w:pPr>
          </w:p>
        </w:tc>
        <w:tc>
          <w:tcPr>
            <w:tcW w:type="dxa" w:w="4706"/>
            <w:tcMar>
              <w:top w:w="0" w:type="dxa"/>
              <w:start w:w="120" w:type="dxa"/>
              <w:bottom w:w="0" w:type="dxa"/>
              <w:end w:w="0" w:type="dxa"/>
            </w:tcMar>
          </w:tcPr>
          <w:p>
            <w:pPr>
              <w:spacing w:after="12"/>
            </w:pPr>
            <w:r>
              <w:rPr>
                <w:rFonts w:ascii="Times New Roman" w:hAnsi="Times New Roman"/>
                <w:sz w:val="17"/>
              </w:rPr>
              <w:t>E-mail: _______________________________________</w:t>
            </w:r>
          </w:p>
        </w:tc>
      </w:tr>
    </w:tbl>
    <w:p>
      <w:pPr>
        <w:spacing w:after="0"/>
      </w:pPr>
    </w:p>
    <w:p>
      <w:pPr>
        <w:spacing w:before="40" w:after="0"/>
        <w:jc w:val="center"/>
        <w:keepNext w:val="1"/>
      </w:pPr>
      <w:r>
        <w:rPr>
          <w:rFonts w:ascii="Times New Roman" w:hAnsi="Times New Roman"/>
          <w:b/>
          <w:sz w:val="26"/>
        </w:rPr>
        <w:t>ЗАЯВЛЕНИЕ</w:t>
      </w:r>
    </w:p>
    <w:p>
      <w:pPr>
        <w:spacing w:after="100"/>
        <w:jc w:val="center"/>
        <w:keepNext w:val="1"/>
        <w:pBdr>
          <w:bottom w:val="single" w:sz="6" w:space="5" w:color="777777"/>
        </w:pBdr>
      </w:pPr>
      <w:r>
        <w:rPr>
          <w:rFonts w:ascii="Times New Roman" w:hAnsi="Times New Roman"/>
          <w:b/>
          <w:sz w:val="20"/>
        </w:rPr>
        <w:t>об отказе от организованного платного питания обучающегося</w:t>
      </w:r>
    </w:p>
    <w:p>
      <w:pPr>
        <w:pStyle w:val="BodyLegal"/>
        <w:spacing w:after="64"/>
      </w:pPr>
      <w:r>
        <w:rPr>
          <w:rFonts w:ascii="Times New Roman" w:hAnsi="Times New Roman"/>
          <w:sz w:val="19"/>
        </w:rPr>
        <w:t>Я, ________________________________________________, являясь родителем (законным представителем) обучающегося _________________________________________________, дата рождения ____________________, класс ____________, прошу с «___» ____________ 20___ г. прекратить предоставление моему ребенку платного организованного питания, оказываемого ИП Тумановой Светланой Александровной.</w:t>
      </w:r>
    </w:p>
    <w:p>
      <w:pPr>
        <w:pStyle w:val="BodyLegal"/>
        <w:spacing w:after="64"/>
      </w:pPr>
      <w:r>
        <w:rPr>
          <w:rFonts w:ascii="Times New Roman" w:hAnsi="Times New Roman"/>
          <w:sz w:val="19"/>
        </w:rPr>
        <w:t>Подтверждаю, что решение об отказе от платного организованного питания принято мной добровольно.</w:t>
      </w:r>
    </w:p>
    <w:p>
      <w:pPr>
        <w:pStyle w:val="BodyLegal"/>
        <w:spacing w:after="64"/>
      </w:pPr>
      <w:r>
        <w:rPr>
          <w:rFonts w:ascii="Times New Roman" w:hAnsi="Times New Roman"/>
          <w:sz w:val="19"/>
        </w:rPr>
        <w:t>Мне разъяснено и понятно, что отказ от платного организованного питания не означает, что Образовательная организация или Оператор питания обязаны организовать для ребенка индивидуальный альтернативный рацион по моему желанию.</w:t>
      </w:r>
    </w:p>
    <w:p>
      <w:pPr>
        <w:pStyle w:val="BodyLegal"/>
        <w:spacing w:after="64"/>
      </w:pPr>
      <w:r>
        <w:rPr>
          <w:rFonts w:ascii="Times New Roman" w:hAnsi="Times New Roman"/>
          <w:sz w:val="19"/>
        </w:rPr>
        <w:t>Если я предоставляю ребенку пищу, приготовленную дома, такая пища не входит в систему организованного школьного питания.</w:t>
      </w:r>
    </w:p>
    <w:p>
      <w:pPr>
        <w:spacing w:after="44"/>
        <w:ind w:firstLine="0"/>
        <w:jc w:val="both"/>
      </w:pPr>
      <w:r>
        <w:rPr>
          <w:rFonts w:ascii="Times New Roman" w:hAnsi="Times New Roman"/>
          <w:b/>
          <w:sz w:val="19"/>
        </w:rPr>
        <w:t>Мне разъяснен установленный в школе порядок обращения с домашней пищей обучающихся без медицинских показаний: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ребенок вправе принести предназначенную лично для него пищу из дома;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домашняя пища не передается работникам пищеблока, педагогам или иным сотрудникам школы для хранения, охлаждения, разогрева, приготовления, порционирования или выдачи;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домашняя пища не размещается в холодильном и технологическом оборудовании пищеблока;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школа и Оператор питания не осуществляют разогрев домашней пищи в оборудовании пищеблока;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ответственность за выбор продуктов, их состав, качество, срок годности, упаковку и обеспечение безопасных условий хранения до момента употребления несет родитель (законный представитель);</w:t>
      </w:r>
    </w:p>
    <w:p>
      <w:pPr>
        <w:spacing w:after="24" w:line="252" w:lineRule="auto"/>
        <w:ind w:left="312" w:hanging="227"/>
        <w:jc w:val="both"/>
      </w:pPr>
      <w:r>
        <w:rPr>
          <w:rFonts w:ascii="Times New Roman" w:hAnsi="Times New Roman"/>
          <w:sz w:val="19"/>
        </w:rPr>
        <w:t>– ребенок самостоятельно употребляет принесенную пищу в установленное школой время и в разрешенном для этого месте.</w:t>
      </w:r>
    </w:p>
    <w:p>
      <w:pPr>
        <w:pStyle w:val="BodyLegal"/>
        <w:spacing w:after="60"/>
      </w:pPr>
      <w:r>
        <w:rPr>
          <w:rFonts w:ascii="Times New Roman" w:hAnsi="Times New Roman"/>
          <w:sz w:val="19"/>
        </w:rPr>
        <w:t>Мне также известно, что указанный порядок не распространяется на детей, нуждающихся в лечебном или диетическом питании по назначению лечащего врача. Для таких обучающихся применяется отдельный порядок организации питания в соответствии с санитарными требованиями.</w:t>
      </w:r>
    </w:p>
    <w:p>
      <w:pPr>
        <w:pStyle w:val="BodyLegal"/>
        <w:spacing w:after="60"/>
      </w:pPr>
      <w:r>
        <w:rPr>
          <w:rFonts w:ascii="Times New Roman" w:hAnsi="Times New Roman"/>
          <w:sz w:val="19"/>
        </w:rPr>
        <w:t>В случае возникновения или выявления у моего ребенка медицинских показаний, требующих специального питания, обязуюсь своевременно предоставить Образовательной организации соответствующее назначение лечащего врача.</w:t>
      </w:r>
    </w:p>
    <w:p>
      <w:pPr>
        <w:pStyle w:val="BodyLegal"/>
        <w:spacing w:after="60"/>
      </w:pPr>
      <w:r>
        <w:rPr>
          <w:rFonts w:ascii="Times New Roman" w:hAnsi="Times New Roman"/>
          <w:sz w:val="19"/>
        </w:rPr>
        <w:t>Прошу произвести окончательный расчет по ранее заказанному питанию в соответствии с условиями заключенного договора и вернуть имеющийся неиспользованный остаток денежных средств, если он имеется и подлежит возврату.</w:t>
      </w:r>
    </w:p>
    <w:p>
      <w:pPr>
        <w:spacing w:before="80" w:after="60"/>
      </w:pPr>
      <w:r>
        <w:rPr>
          <w:rFonts w:ascii="Times New Roman" w:hAnsi="Times New Roman"/>
          <w:sz w:val="21"/>
        </w:rPr>
        <w:t>Дата: «___» ____________ 20___ г.</w:t>
      </w:r>
    </w:p>
    <w:p>
      <w:pPr>
        <w:spacing w:before="30" w:after="0"/>
        <w:keepLines w:val="1"/>
        <w:keepNext w:val="1"/>
      </w:pPr>
      <w:r>
        <w:rPr>
          <w:rFonts w:ascii="Times New Roman" w:hAnsi="Times New Roman"/>
          <w:b/>
          <w:sz w:val="18"/>
        </w:rPr>
        <w:t>Родитель (законный представитель):</w:t>
      </w:r>
    </w:p>
    <w:p>
      <w:pPr>
        <w:spacing w:after="0"/>
      </w:pPr>
      <w:r>
        <w:rPr>
          <w:rFonts w:ascii="Times New Roman" w:hAnsi="Times New Roman"/>
          <w:sz w:val="18"/>
        </w:rPr>
        <w:t>________________________ / ______________________________</w:t>
      </w:r>
    </w:p>
    <w:p>
      <w:pPr>
        <w:spacing w:after="30"/>
        <w:ind w:left="85"/>
      </w:pPr>
      <w:r>
        <w:rPr>
          <w:rFonts w:ascii="Times New Roman" w:hAnsi="Times New Roman"/>
          <w:i/>
          <w:sz w:val="14"/>
        </w:rPr>
        <w:t>подпись                                      Ф.И.О.</w:t>
      </w:r>
    </w:p>
    <w:p>
      <w:pPr>
        <w:spacing w:before="30" w:after="0"/>
        <w:keepLines w:val="1"/>
        <w:keepNext w:val="1"/>
      </w:pPr>
      <w:r>
        <w:rPr>
          <w:rFonts w:ascii="Times New Roman" w:hAnsi="Times New Roman"/>
          <w:b/>
          <w:sz w:val="18"/>
        </w:rPr>
        <w:t>Заявление принято Образовательной организацией:</w:t>
      </w:r>
    </w:p>
    <w:p>
      <w:pPr>
        <w:spacing w:after="0"/>
      </w:pPr>
      <w:r>
        <w:rPr>
          <w:rFonts w:ascii="Times New Roman" w:hAnsi="Times New Roman"/>
          <w:sz w:val="18"/>
        </w:rPr>
        <w:t>________________________ / ______________________________</w:t>
      </w:r>
    </w:p>
    <w:p>
      <w:pPr>
        <w:spacing w:after="30"/>
        <w:ind w:left="85"/>
      </w:pPr>
      <w:r>
        <w:rPr>
          <w:rFonts w:ascii="Times New Roman" w:hAnsi="Times New Roman"/>
          <w:i/>
          <w:sz w:val="14"/>
        </w:rPr>
        <w:t>дата, подпись</w:t>
      </w:r>
    </w:p>
    <w:p>
      <w:pPr>
        <w:spacing w:before="30" w:after="0"/>
        <w:keepLines w:val="1"/>
        <w:keepNext w:val="1"/>
      </w:pPr>
      <w:r>
        <w:rPr>
          <w:rFonts w:ascii="Times New Roman" w:hAnsi="Times New Roman"/>
          <w:b/>
          <w:sz w:val="18"/>
        </w:rPr>
        <w:t>Получено Оператором питания:</w:t>
      </w:r>
    </w:p>
    <w:p>
      <w:pPr>
        <w:spacing w:after="0"/>
      </w:pPr>
      <w:r>
        <w:rPr>
          <w:rFonts w:ascii="Times New Roman" w:hAnsi="Times New Roman"/>
          <w:sz w:val="18"/>
        </w:rPr>
        <w:t>________________________ / ______________________________</w:t>
      </w:r>
    </w:p>
    <w:p>
      <w:pPr>
        <w:spacing w:after="30"/>
        <w:ind w:left="85"/>
      </w:pPr>
      <w:r>
        <w:rPr>
          <w:rFonts w:ascii="Times New Roman" w:hAnsi="Times New Roman"/>
          <w:i/>
          <w:sz w:val="14"/>
        </w:rPr>
        <w:t>дата, подпись</w:t>
      </w:r>
    </w:p>
    <w:sectPr w:rsidR="00FC693F" w:rsidRPr="0006063C" w:rsidSect="00034616">
      <w:pgSz w:w="12240" w:h="15840"/>
      <w:pgMar w:top="539" w:right="879" w:bottom="539" w:left="87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0" w:lineRule="auto"/>
    </w:pPr>
    <w:rPr>
      <w:rFonts w:ascii="Times New Roman" w:hAnsi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Legal">
    <w:name w:val="Body Legal"/>
    <w:pPr>
      <w:spacing w:after="70" w:line="240" w:lineRule="auto"/>
      <w:ind w:firstLine="397"/>
      <w:jc w:val="both"/>
    </w:pPr>
    <w:rPr>
      <w:rFonts w:ascii="Times New Roman" w:hAnsi="Times New Roman" w:eastAsia="Times New Roman"/>
      <w:sz w:val="19"/>
    </w:rPr>
  </w:style>
  <w:style w:type="paragraph" w:customStyle="1" w:styleId="SectionLegal">
    <w:name w:val="Section Legal"/>
    <w:pPr>
      <w:keepNext/>
      <w:spacing w:before="140" w:after="100"/>
    </w:pPr>
    <w:rPr>
      <w:rFonts w:ascii="Times New Roman" w:hAnsi="Times New Roman" w:eastAsia="Times New Roman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